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E9AC9" w14:textId="77777777" w:rsidR="001028AF" w:rsidRPr="00F34DD8" w:rsidRDefault="00D926D3" w:rsidP="00E11E61">
      <w:pPr>
        <w:jc w:val="both"/>
        <w:rPr>
          <w:lang w:val="ru-RU"/>
        </w:rPr>
      </w:pPr>
      <w:r w:rsidRPr="00F34DD8">
        <w:rPr>
          <w:lang w:val="ru-RU"/>
        </w:rPr>
        <w:t>СОГЛАСИЕ НА ОБРАБОТКУ СВЕДЕНИЙ О СОСТОЯНИИ ЗДОРОВЬЯ</w:t>
      </w:r>
    </w:p>
    <w:p w14:paraId="2494D967" w14:textId="77777777" w:rsidR="001028AF" w:rsidRPr="00F34DD8" w:rsidRDefault="00D926D3" w:rsidP="00E11E61">
      <w:pPr>
        <w:jc w:val="both"/>
        <w:rPr>
          <w:lang w:val="ru-RU"/>
        </w:rPr>
      </w:pPr>
      <w:r w:rsidRPr="00F34DD8">
        <w:rPr>
          <w:lang w:val="ru-RU"/>
        </w:rPr>
        <w:t>Я, ____________________________________________________________________________________________</w:t>
      </w:r>
      <w:r w:rsidRPr="00F34DD8">
        <w:rPr>
          <w:lang w:val="ru-RU"/>
        </w:rPr>
        <w:br/>
        <w:t>(Фамилия, имя, отчество субъекта персональных данных)</w:t>
      </w:r>
    </w:p>
    <w:p w14:paraId="7D6509B9" w14:textId="77777777" w:rsidR="001028AF" w:rsidRPr="00F34DD8" w:rsidRDefault="00D926D3" w:rsidP="00E11E61">
      <w:pPr>
        <w:jc w:val="both"/>
        <w:rPr>
          <w:lang w:val="ru-RU"/>
        </w:rPr>
      </w:pPr>
      <w:r w:rsidRPr="00F34DD8">
        <w:rPr>
          <w:lang w:val="ru-RU"/>
        </w:rPr>
        <w:lastRenderedPageBreak/>
        <w:t>адрес: _________________________________________________________________________________________</w:t>
      </w:r>
      <w:r w:rsidRPr="00F34DD8">
        <w:rPr>
          <w:lang w:val="ru-RU"/>
        </w:rPr>
        <w:br/>
        <w:t>основной документ, удостоверяющий личность: серия ________ номер ____________, выдан ________________</w:t>
      </w:r>
      <w:r w:rsidRPr="00F34DD8">
        <w:rPr>
          <w:lang w:val="ru-RU"/>
        </w:rPr>
        <w:br/>
        <w:t>____________________________________________________, дата выдачи ________________________________.</w:t>
      </w:r>
    </w:p>
    <w:p w14:paraId="2832FF16" w14:textId="77777777" w:rsidR="001028AF" w:rsidRPr="00F34DD8" w:rsidRDefault="00D926D3" w:rsidP="00E11E61">
      <w:pPr>
        <w:jc w:val="both"/>
        <w:rPr>
          <w:lang w:val="ru-RU"/>
        </w:rPr>
      </w:pPr>
      <w:r w:rsidRPr="00F34DD8">
        <w:rPr>
          <w:lang w:val="ru-RU"/>
        </w:rPr>
        <w:t>Добровольно даю согласие оператору, у которого приобретён соответствующий билет (указать одного):</w:t>
      </w:r>
      <w:r w:rsidRPr="00F34DD8">
        <w:rPr>
          <w:lang w:val="ru-RU"/>
        </w:rPr>
        <w:br/>
      </w:r>
      <w:r w:rsidRPr="00F34DD8">
        <w:rPr>
          <w:rFonts w:ascii="Segoe UI Symbol" w:hAnsi="Segoe UI Symbol" w:cs="Segoe UI Symbol"/>
          <w:lang w:val="ru-RU"/>
        </w:rPr>
        <w:t>☐</w:t>
      </w:r>
      <w:r w:rsidRPr="00F34DD8">
        <w:rPr>
          <w:lang w:val="ru-RU"/>
        </w:rPr>
        <w:t xml:space="preserve"> ИП </w:t>
      </w:r>
      <w:proofErr w:type="spellStart"/>
      <w:r w:rsidRPr="00F34DD8">
        <w:rPr>
          <w:lang w:val="ru-RU"/>
        </w:rPr>
        <w:t>Рубиновскому</w:t>
      </w:r>
      <w:proofErr w:type="spellEnd"/>
      <w:r w:rsidRPr="00F34DD8">
        <w:rPr>
          <w:lang w:val="ru-RU"/>
        </w:rPr>
        <w:t xml:space="preserve"> Борису Александровичу, ИНН 183100717256, адрес: 426011, г. Ижевск, ул. Карла Маркса, д. 409;</w:t>
      </w:r>
      <w:r w:rsidRPr="00F34DD8">
        <w:rPr>
          <w:lang w:val="ru-RU"/>
        </w:rPr>
        <w:br/>
      </w:r>
      <w:r w:rsidRPr="00F34DD8">
        <w:rPr>
          <w:rFonts w:ascii="Segoe UI Symbol" w:hAnsi="Segoe UI Symbol" w:cs="Segoe UI Symbol"/>
          <w:lang w:val="ru-RU"/>
        </w:rPr>
        <w:t>☐</w:t>
      </w:r>
      <w:r w:rsidRPr="00F34DD8">
        <w:rPr>
          <w:lang w:val="ru-RU"/>
        </w:rPr>
        <w:t xml:space="preserve"> ООО «БИЛЕТНЫЙ ЦЕНТР», ИНН 1831149227, ОГРН 1111831011643, адрес: г. Ижевск, ул. Карла Маркса, д. 409.</w:t>
      </w:r>
    </w:p>
    <w:p w14:paraId="4770B2A7" w14:textId="77777777" w:rsidR="001028AF" w:rsidRPr="00F34DD8" w:rsidRDefault="00D926D3" w:rsidP="00E11E61">
      <w:pPr>
        <w:jc w:val="both"/>
        <w:rPr>
          <w:lang w:val="ru-RU"/>
        </w:rPr>
      </w:pPr>
      <w:r w:rsidRPr="00F34DD8">
        <w:rPr>
          <w:lang w:val="ru-RU"/>
        </w:rPr>
        <w:t>Цель обработки: рассмотрение моего заявления о возврате стоимости билета на мероприятие _____________________________________, дата мероприятия __________________, номер заказа/билета _____________________, по причине заболевания, проверка предоставленных документов и принятие решения о возврате.</w:t>
      </w:r>
    </w:p>
    <w:p w14:paraId="49828B55" w14:textId="77777777" w:rsidR="001028AF" w:rsidRPr="00F34DD8" w:rsidRDefault="00D926D3" w:rsidP="00E11E61">
      <w:pPr>
        <w:jc w:val="both"/>
        <w:rPr>
          <w:lang w:val="ru-RU"/>
        </w:rPr>
      </w:pPr>
      <w:r w:rsidRPr="00F34DD8">
        <w:rPr>
          <w:lang w:val="ru-RU"/>
        </w:rPr>
        <w:t>Перечень данных: Ф.И.О., сведения о билете и заказе, сведения о моём заболевании в представленных мной медицинских подтверждающих документах в объёме, необходимом для рассмотрения заявления. Операции: сбор, запись, систематизация, хранение, ознакомление уполномоченных работников, проверка документов, использование для решения вопроса о возврате, блокирование и уничтожение; обработка автоматизированная и неавтоматизированная. Данные не используются для рекламы или аналитики.</w:t>
      </w:r>
    </w:p>
    <w:p w14:paraId="30280D7A" w14:textId="77777777" w:rsidR="001028AF" w:rsidRPr="00F34DD8" w:rsidRDefault="00D926D3" w:rsidP="00E11E61">
      <w:pPr>
        <w:jc w:val="both"/>
        <w:rPr>
          <w:lang w:val="ru-RU"/>
        </w:rPr>
      </w:pPr>
      <w:r w:rsidRPr="00F34DD8">
        <w:rPr>
          <w:lang w:val="ru-RU"/>
        </w:rPr>
        <w:t>Обработка поручается другим лицам только при наличии предусмотренного законом и договором основания. Если обработка поручена сторонней организации, сведения о ней и её адресе заполняются до подписания настоящего согласия: _________________________________________________________.</w:t>
      </w:r>
    </w:p>
    <w:p w14:paraId="0B99D3BF" w14:textId="77777777" w:rsidR="001028AF" w:rsidRPr="00F34DD8" w:rsidRDefault="00D926D3" w:rsidP="00E11E61">
      <w:pPr>
        <w:jc w:val="both"/>
        <w:rPr>
          <w:lang w:val="ru-RU"/>
        </w:rPr>
      </w:pPr>
      <w:r w:rsidRPr="00F34DD8">
        <w:rPr>
          <w:lang w:val="ru-RU"/>
        </w:rPr>
        <w:t xml:space="preserve">Согласие действует до достижения указанной цели либо до его отзыва, если отсутствует самостоятельное предусмотренное законом основание для обработки. Отзыв подаётся на </w:t>
      </w:r>
      <w:r w:rsidRPr="00F34DD8">
        <w:t>mail</w:t>
      </w:r>
      <w:r w:rsidRPr="00F34DD8">
        <w:rPr>
          <w:lang w:val="ru-RU"/>
        </w:rPr>
        <w:t>@</w:t>
      </w:r>
      <w:proofErr w:type="spellStart"/>
      <w:r w:rsidRPr="00F34DD8">
        <w:t>borisbilet</w:t>
      </w:r>
      <w:proofErr w:type="spellEnd"/>
      <w:r w:rsidRPr="00F34DD8">
        <w:rPr>
          <w:lang w:val="ru-RU"/>
        </w:rPr>
        <w:t>.</w:t>
      </w:r>
      <w:r w:rsidRPr="00F34DD8">
        <w:t>ru</w:t>
      </w:r>
      <w:r w:rsidRPr="00F34DD8">
        <w:rPr>
          <w:lang w:val="ru-RU"/>
        </w:rPr>
        <w:t xml:space="preserve"> либо почтовым отправлением по адресу выбранного оператора. Документы, содержащие специальные категории данных, уничтожаются после достижения цели в порядке и сроки, предусмотренные законом, если отсутствует самостоятельное законное основание для их дальнейшего хранения.</w:t>
      </w:r>
    </w:p>
    <w:p w14:paraId="275CF25F" w14:textId="77777777" w:rsidR="001028AF" w:rsidRPr="00F34DD8" w:rsidRDefault="00D926D3" w:rsidP="00E11E61">
      <w:pPr>
        <w:jc w:val="both"/>
        <w:rPr>
          <w:lang w:val="ru-RU"/>
        </w:rPr>
      </w:pPr>
      <w:r w:rsidRPr="00F34DD8">
        <w:rPr>
          <w:lang w:val="ru-RU"/>
        </w:rPr>
        <w:t>Дата: «____» _______________ 20____ г.    Подпись: _____________________ / _____________________</w:t>
      </w:r>
    </w:p>
    <w:p w14:paraId="33CAF1E4" w14:textId="77777777" w:rsidR="001028AF" w:rsidRPr="00F34DD8" w:rsidRDefault="00D926D3" w:rsidP="00E11E61">
      <w:pPr>
        <w:jc w:val="both"/>
        <w:rPr>
          <w:lang w:val="ru-RU"/>
        </w:rPr>
      </w:pPr>
      <w:r w:rsidRPr="00F34DD8">
        <w:rPr>
          <w:lang w:val="ru-RU"/>
        </w:rPr>
        <w:t>Если согласие предоставляет представитель, указать его Ф.И.О., адрес, паспортные данные и реквизиты документа, подтверждающего полномочия: ______________________________________________________________________________________________</w:t>
      </w:r>
    </w:p>
    <w:sectPr w:rsidR="001028AF" w:rsidRPr="00F34DD8" w:rsidSect="00034616">
      <w:pgSz w:w="12240" w:h="15840"/>
      <w:pgMar w:top="1134" w:right="1134" w:bottom="1077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F3AF2" w14:textId="77777777" w:rsidR="00EB010F" w:rsidRDefault="00EB010F">
      <w:pPr>
        <w:spacing w:after="0" w:line="240" w:lineRule="auto"/>
      </w:pPr>
      <w:r>
        <w:separator/>
      </w:r>
    </w:p>
  </w:endnote>
  <w:endnote w:type="continuationSeparator" w:id="0">
    <w:p w14:paraId="0193EFD4" w14:textId="77777777" w:rsidR="00EB010F" w:rsidRDefault="00EB0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74D02" w14:textId="77777777" w:rsidR="00EB010F" w:rsidRDefault="00EB010F">
      <w:pPr>
        <w:spacing w:after="0" w:line="240" w:lineRule="auto"/>
      </w:pPr>
      <w:r>
        <w:separator/>
      </w:r>
    </w:p>
  </w:footnote>
  <w:footnote w:type="continuationSeparator" w:id="0">
    <w:p w14:paraId="282AE640" w14:textId="77777777" w:rsidR="00EB010F" w:rsidRDefault="00EB01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7296174">
    <w:abstractNumId w:val="8"/>
  </w:num>
  <w:num w:numId="2" w16cid:durableId="1343164892">
    <w:abstractNumId w:val="6"/>
  </w:num>
  <w:num w:numId="3" w16cid:durableId="1328948136">
    <w:abstractNumId w:val="5"/>
  </w:num>
  <w:num w:numId="4" w16cid:durableId="399141086">
    <w:abstractNumId w:val="4"/>
  </w:num>
  <w:num w:numId="5" w16cid:durableId="893857978">
    <w:abstractNumId w:val="7"/>
  </w:num>
  <w:num w:numId="6" w16cid:durableId="1313875332">
    <w:abstractNumId w:val="3"/>
  </w:num>
  <w:num w:numId="7" w16cid:durableId="728379281">
    <w:abstractNumId w:val="2"/>
  </w:num>
  <w:num w:numId="8" w16cid:durableId="838424607">
    <w:abstractNumId w:val="1"/>
  </w:num>
  <w:num w:numId="9" w16cid:durableId="462967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20E4"/>
    <w:rsid w:val="000B26B9"/>
    <w:rsid w:val="001028AF"/>
    <w:rsid w:val="0015074B"/>
    <w:rsid w:val="0029639D"/>
    <w:rsid w:val="00326F90"/>
    <w:rsid w:val="003301F4"/>
    <w:rsid w:val="003A58F6"/>
    <w:rsid w:val="004533CC"/>
    <w:rsid w:val="00486FDF"/>
    <w:rsid w:val="004A3253"/>
    <w:rsid w:val="00502E4C"/>
    <w:rsid w:val="00560EDA"/>
    <w:rsid w:val="00745836"/>
    <w:rsid w:val="007A0092"/>
    <w:rsid w:val="007D7B03"/>
    <w:rsid w:val="00955821"/>
    <w:rsid w:val="00A47A97"/>
    <w:rsid w:val="00A64D59"/>
    <w:rsid w:val="00AA1D8D"/>
    <w:rsid w:val="00AB5A27"/>
    <w:rsid w:val="00AD67CF"/>
    <w:rsid w:val="00B47730"/>
    <w:rsid w:val="00C10FDD"/>
    <w:rsid w:val="00CB0664"/>
    <w:rsid w:val="00D926D3"/>
    <w:rsid w:val="00E11E61"/>
    <w:rsid w:val="00E21E72"/>
    <w:rsid w:val="00EB010F"/>
    <w:rsid w:val="00F34DD8"/>
    <w:rsid w:val="00F67D3F"/>
    <w:rsid w:val="00FC04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3B1CC8"/>
  <w14:defaultImageDpi w14:val="300"/>
  <w15:docId w15:val="{1AD8DE47-5481-4A24-AC76-9D1F90058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69" w:lineRule="auto"/>
    </w:pPr>
    <w:rPr>
      <w:rFonts w:ascii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after="120"/>
      <w:outlineLvl w:val="0"/>
    </w:pPr>
    <w:rPr>
      <w:rFonts w:asciiTheme="majorHAnsi" w:eastAsiaTheme="majorEastAsia" w:hAnsiTheme="majorHAnsi" w:cstheme="majorBidi"/>
      <w:b/>
      <w:bCs/>
      <w:color w:val="272F45"/>
      <w:sz w:val="27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after="120"/>
      <w:outlineLvl w:val="1"/>
    </w:pPr>
    <w:rPr>
      <w:rFonts w:asciiTheme="majorHAnsi" w:eastAsiaTheme="majorEastAsia" w:hAnsiTheme="majorHAnsi" w:cstheme="majorBidi"/>
      <w:b/>
      <w:bCs/>
      <w:color w:val="6C4580"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220" w:after="120" w:line="240" w:lineRule="auto"/>
      <w:contextualSpacing/>
    </w:pPr>
    <w:rPr>
      <w:rFonts w:asciiTheme="majorHAnsi" w:eastAsiaTheme="majorEastAsia" w:hAnsiTheme="majorHAnsi" w:cstheme="majorBidi"/>
      <w:b/>
      <w:color w:val="272F45"/>
      <w:spacing w:val="5"/>
      <w:kern w:val="28"/>
      <w:sz w:val="3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basedOn w:val="a1"/>
    <w:rPr>
      <w:color w:val="585E67"/>
      <w:sz w:val="18"/>
    </w:rPr>
  </w:style>
  <w:style w:type="character" w:styleId="aff8">
    <w:name w:val="Hyperlink"/>
    <w:basedOn w:val="a2"/>
    <w:uiPriority w:val="99"/>
    <w:unhideWhenUsed/>
    <w:rsid w:val="003301F4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3301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2373</Words>
  <Characters>13530</Characters>
  <Application>Microsoft Office Word</Application>
  <DocSecurity>0</DocSecurity>
  <Lines>112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Разделы</vt:lpstr>
      </vt:variant>
      <vt:variant>
        <vt:i4>9</vt:i4>
      </vt:variant>
    </vt:vector>
  </HeadingPairs>
  <TitlesOfParts>
    <vt:vector size="10" baseType="lpstr">
      <vt:lpstr>Согласия на обработку персональных данных и рекламные сообщения Борис Билет</vt:lpstr>
      <vt:lpstr/>
      <vt:lpstr>1. Cookie-баннер и подтверждение выбора</vt:lpstr>
      <vt:lpstr>1.1. Согласие на использование аналитических cookies</vt:lpstr>
      <vt:lpstr>1.2. Согласие на рекламные cookies, пиксели и ретаргетинг</vt:lpstr>
      <vt:lpstr>2. Уведомление при регистрации: согласие не требуется</vt:lpstr>
      <vt:lpstr>1. Согласие на получение информации о культурно-зрелищных мероприятиях (в том числе рекламного характера)</vt:lpstr>
      <vt:lpstr>4. Согласие на уведомление о появлении билетов</vt:lpstr>
      <vt:lpstr>5. Согласие на обработку данных для обратного звонка или общего обращения</vt:lpstr>
      <vt:lpstr>6. Согласие для сведений о здоровье</vt:lpstr>
    </vt:vector>
  </TitlesOfParts>
  <Company>fokuslaw.ru</Company>
  <LinksUpToDate>false</LinksUpToDate>
  <CharactersWithSpaces>15872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Согласия на обработку персональных данных и рекламные сообщения Борис Билет</dc:title>
  <dc:subject>Тексты согласий для cookie, рассылок, оповещений, обратной связи и обработки сведений о здоровье</dc:subject>
  <dc:creator>Денис Самохвалов</dc:creator>
  <cp:keywords>Борис Билет; согласие; персональные данные; cookie; реклама; рассылки; уведомления; сведения о здоровье</cp:keywords>
  <dc:description>Тексты отдельных согласий для пользователей сайта «Борис Билет», включая аналитические и рекламные cookie, сообщения, обращения и возврат билетов по болезни.</dc:description>
  <cp:lastModifiedBy>Денис Самохвалов</cp:lastModifiedBy>
  <cp:revision>6</cp:revision>
  <dcterms:created xsi:type="dcterms:W3CDTF">2026-09-27T16:58:00Z</dcterms:created>
  <dcterms:modified xsi:type="dcterms:W3CDTF">2026-09-27T17:16:00Z</dcterms:modified>
</cp:coreProperties>
</file>